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בראשית - מהבריאה עד יוסף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הראשית המרכזיים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מוטיב האחריות ההדדית - שומר אחי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דמויות, אירועים ופסוקים מרכזיים בספר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לעבדה ולשמרה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קין התנער מהאחריות ושאל 'השומר אחי אנכי'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יהודה אמר אנכי אערבנו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(הרג את אחיו הבל מקנאה)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(ניצל מהמבול בתיבה)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(אבי האומה וראשית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(נאבק עם עשו אחיו על הבכורה)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בספר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בריאת העולם והאדם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קין והבל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המבול ונח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לקין שהתנער מאחריות, להבדלו מיהודה שלקח אחריות, ודוגמה אישית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קין, אחרי שהרג את הבל והתנער מאחריות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קין ברח מאחריות ואילו יהודה לקח אחריות מלאה על בנימין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המחברת בין הרעיון לחיים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קצרה של המשפט המרכזי הֲשֹׁמֵר אָחִי אָנֹכִי ולדון במשמעותו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הפעילויות לפי סדר הסיפורים בספר כדי לשמור על רצף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בראשית - מהבריאה עד יוסף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נעבור על המסע הגדול של ספר בראשית - מבריאת העולם, דרך קין והבל, נח ומגדל בבל, ועד משפחת האבות והאמהות וסיפור יוסף ואחיו. בכל הסיפורים חוזרת שאלה אחת: האם אני שומר אחי?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לעבדה  ·  קין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אמר ‹הֲשֹׁמֵר אָחִי אָנֹכִי?›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תפקיד האדם בגן עדן לפי הפרק?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לעבדה ולשמרה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לבנות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לצוד חיות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קין לקח אחריות מיד אחרי שהרג את אחיו הבל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יהודה הציע לערוב בעד בנימין לפני אביו יעקב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האדם הראשון נברא כדי __________ ולשמור את הגן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הרג את אחיו הבל מתוך קנאה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נאבק עם עשו אחיו על הבכורה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אבי האומה וראשית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הרג את אחיו הבל מקנאה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ניצל מהמבול בתיבה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בספר בראשית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קין והבל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המבול ונח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בריאת העולם והאדם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האם אני שומר אחי? התייחסו לקין וליהודה, והביאו דוגמה מהחיים שלכם לאחריות כלפי מישהו 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אמר הֲשֹׁמֵר אָחִי אָנֹכִי, ובאילו נסיבות?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יחס קין ליחס יהודה כלפי אחריות על אח?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בראשית - מהבריאה עד יוסף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