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בראשית - מהבריאה עד יוסף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סיפורי הראשית המרכזיים בספר בראשית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מוטיב האחריות ההדדית - שומר אחי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דמויות, אירועים ופסוקים מרכזיים בספר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לעבדה ולשמרה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בריאת העולם, קין והבל, המבול, מגדל בבל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רחל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קין התנער מהאחריות ושאל 'השומר אחי אנכי'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יהודה אמר אנכי אערבנו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נמצא בפרקים א׳-י״א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רחל היא אמו של יוסף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השיר נכתב על ידי המשוררת רחל בלובשטיין, שהזדהתה עם רחל אמנו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חלומות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דמות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(הרג את אחיו הבל מקנאה)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(ניצל מהמבול בתיבה)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(אבי האומה וראשית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(נאבק עם עשו אחיו על הבכורה)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(נמכר על ידי אחיו למצרים)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(אם שבוכה על בניה בנבואת ירמיהו)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בספר בראשית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בריאת העולם והאדם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קין והבל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המבול ונח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אברהם ושרה יוצאים לארץ כנען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יוסף נמכר למצרים על ידי אחיו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לקין שהתנער מאחריות, להבדלו מיהודה שלקח אחריות, ודוגמה אישית רלוונטית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קין, אחרי שהרג את הבל והתנער מאחריות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קין ברח מאחריות ואילו יהודה לקח אחריות מלאה על בנימין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המחברת בין הרעיון לחיים האמיתיים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בקריאה קצרה של המשפט המרכזי הֲשֹׁמֵר אָחִי אָנֹכִי ולדון במשמעותו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הפעילויות לפי סדר הסיפורים בספר כדי לשמור על רצף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בראשית - מהבריאה עד יוסף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סיפורים מספר בראשית: בריאת העולם, קין והבל, נח, אברהם ושרה, יעקב, רחל ויוסף. השאלה המרכזית: האם אני אחראי על אחי או אחותי?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בראשית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 הראשון בתורה, מספר על ראשית העולם והאדם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קנאה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רגש קשה כשמישהו מקבל יותר ממני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הדאגה למעשים שלי ולאנשים סביבי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השלמה בין אנשים אחרי מריבה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בשינה, לפעמים עם משמעות לעתיד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חשוב בין אלוהים לבין אדם או 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כאן - מכירת יוסף על ידי אחיו למצרים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אמר את המשפט הזה אחרי שהרג את אחיו?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אברהם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האדם היה צריך לעשות בגן?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לעבדה ולשמרה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לבנות 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לצוד 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לשפוט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הבטיח לאבא שישמור על בנימין?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ראובן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סיפורים נמצאים בתחילת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בריאת העולם, קין והבל, המבול, מגדל 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מכירת יוסף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אברהם ושרה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יעקב ועשו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אמא בוכה על הילדים שלה בפסוקים?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קין לקח אחריות מיד אחרי שהרג את אחיו הבל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יהודה הציע לערוב בעד בנימין לפני אביו יעקב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מגדל בבל מופיע בפרקים י״ב-ל״ו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יוסף הוא בנם של יעקב ורחל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‹רחל› נכתב על ידי רחל אמנו 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האדם הראשון נברא כדי __________ ולשמור את הגן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הרג את אחיו הבל מתוך קנאה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אמר ליעקב אביו אנכי אערבנו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בפרקים י״ב-ל״ו בספר בראשית מסופר על אברהם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יוסף פתר __________ של פרעה ושל חבריו בכלא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דמות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ניצל מהמבול בתיבה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הרג את אחיו הבל מקנאה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אברהם ושרה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נאבק עם עשו אחיו על הבכורה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יעקב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אבי האומה וראשית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אם שבוכה על בניה בנבואת ירמיהו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רחל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נמכר על ידי אחיו למצרים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בספר בראשית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המבול ונח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יוסף נמכר למצרים על ידי אחיו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אברהם ושרה יוצאים לארץ כנען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קין והבל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בריאת העולם והאדם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האם אני שומר אחי? התייחסו לקין וליהודה, והביאו דוגמה מהחיים שלכם לאחריות כלפי מישהו קרוב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אמר הֲשֹׁמֵר אָחִי אָנֹכִי, ובאילו נסיבות?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יחס קין ליחס יהודה כלפי אחריות על אח?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על המשמעות של שומר אחי בחיי היום-יום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בראשית - מהבריאה עד יוסף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